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6387" w14:textId="52397061" w:rsidR="00F430E0" w:rsidRPr="003D272E" w:rsidRDefault="00FD3325" w:rsidP="007406ED">
      <w:pPr>
        <w:ind w:firstLine="1350"/>
        <w:jc w:val="right"/>
        <w:rPr>
          <w:lang w:val="uk-UA"/>
        </w:rPr>
      </w:pPr>
      <w:r w:rsidRPr="003D272E">
        <w:rPr>
          <w:lang w:val="uk-UA"/>
        </w:rPr>
        <w:t>Від:</w:t>
      </w:r>
      <w:r w:rsidRPr="003D272E">
        <w:rPr>
          <w:lang w:val="uk-UA"/>
        </w:rPr>
        <w:br/>
        <w:t>Релігійна громада: _________________________________________________</w:t>
      </w:r>
      <w:r w:rsidRPr="003D272E">
        <w:rPr>
          <w:lang w:val="uk-UA"/>
        </w:rPr>
        <w:br/>
        <w:t>Юридична адреса: __________________________________________________</w:t>
      </w:r>
      <w:r w:rsidRPr="003D272E">
        <w:rPr>
          <w:lang w:val="uk-UA"/>
        </w:rPr>
        <w:br/>
        <w:t>Код ЄДРПОУ: __________________________________________________</w:t>
      </w:r>
      <w:r w:rsidRPr="003D272E">
        <w:rPr>
          <w:lang w:val="uk-UA"/>
        </w:rPr>
        <w:br/>
        <w:t xml:space="preserve">Дата державної реєстрації: </w:t>
      </w:r>
      <w:r w:rsidRPr="003D272E">
        <w:rPr>
          <w:lang w:val="uk-UA"/>
        </w:rPr>
        <w:t>___________________________________________</w:t>
      </w:r>
      <w:r w:rsidRPr="003D272E">
        <w:rPr>
          <w:lang w:val="uk-UA"/>
        </w:rPr>
        <w:br/>
        <w:t>Керівник громади: _________________________________________________</w:t>
      </w:r>
      <w:r w:rsidRPr="003D272E">
        <w:rPr>
          <w:lang w:val="uk-UA"/>
        </w:rPr>
        <w:br/>
        <w:t>(ПІБ, посада)</w:t>
      </w:r>
      <w:r w:rsidRPr="003D272E">
        <w:rPr>
          <w:lang w:val="uk-UA"/>
        </w:rPr>
        <w:br/>
        <w:t>Контактний телефон: _______________________</w:t>
      </w:r>
      <w:r w:rsidRPr="003D272E">
        <w:rPr>
          <w:lang w:val="uk-UA"/>
        </w:rPr>
        <w:br/>
        <w:t>Електронна адреса: ________________________</w:t>
      </w:r>
      <w:r w:rsidRPr="003D272E">
        <w:rPr>
          <w:lang w:val="uk-UA"/>
        </w:rPr>
        <w:br/>
      </w:r>
    </w:p>
    <w:p w14:paraId="78B92A86" w14:textId="77777777" w:rsidR="00EB3782" w:rsidRPr="003D272E" w:rsidRDefault="00FD3325" w:rsidP="00371BEC">
      <w:pPr>
        <w:jc w:val="right"/>
        <w:rPr>
          <w:lang w:val="uk-UA"/>
        </w:rPr>
      </w:pPr>
      <w:r w:rsidRPr="003D272E">
        <w:rPr>
          <w:lang w:val="uk-UA"/>
        </w:rPr>
        <w:t>До</w:t>
      </w:r>
      <w:r w:rsidRPr="003D272E">
        <w:rPr>
          <w:lang w:val="uk-UA"/>
        </w:rPr>
        <w:br/>
        <w:t>Голови</w:t>
      </w:r>
      <w:r w:rsidR="00EB3782" w:rsidRPr="003D272E">
        <w:rPr>
          <w:lang w:val="uk-UA"/>
        </w:rPr>
        <w:t xml:space="preserve"> Духовного центру «Рідна Віра»</w:t>
      </w:r>
    </w:p>
    <w:p w14:paraId="72A159E0" w14:textId="77777777" w:rsidR="00F430E0" w:rsidRPr="003D272E" w:rsidRDefault="00371BEC" w:rsidP="00371BEC">
      <w:pPr>
        <w:jc w:val="right"/>
        <w:rPr>
          <w:lang w:val="uk-UA"/>
        </w:rPr>
      </w:pPr>
      <w:r w:rsidRPr="003D272E">
        <w:rPr>
          <w:lang w:val="uk-UA"/>
        </w:rPr>
        <w:t>Пашника С.Д.</w:t>
      </w:r>
      <w:r w:rsidRPr="003D272E">
        <w:rPr>
          <w:lang w:val="uk-UA"/>
        </w:rPr>
        <w:br/>
      </w:r>
    </w:p>
    <w:p w14:paraId="3301E8AD" w14:textId="77777777" w:rsidR="00371BEC" w:rsidRPr="003D272E" w:rsidRDefault="00371BEC" w:rsidP="00371BEC">
      <w:pPr>
        <w:jc w:val="center"/>
        <w:rPr>
          <w:lang w:val="uk-UA"/>
        </w:rPr>
      </w:pPr>
      <w:r w:rsidRPr="003D272E">
        <w:rPr>
          <w:lang w:val="uk-UA"/>
        </w:rPr>
        <w:t>ЗАЯВА</w:t>
      </w:r>
    </w:p>
    <w:p w14:paraId="4DC23C08" w14:textId="77777777" w:rsidR="003D272E" w:rsidRDefault="00371BEC" w:rsidP="003D272E">
      <w:pPr>
        <w:jc w:val="center"/>
        <w:rPr>
          <w:lang w:val="uk-UA"/>
        </w:rPr>
      </w:pPr>
      <w:r w:rsidRPr="003D272E">
        <w:rPr>
          <w:lang w:val="uk-UA"/>
        </w:rPr>
        <w:t>Про вступ релігійної громади до складу Духовного центру «</w:t>
      </w:r>
      <w:r w:rsidR="006E28A8" w:rsidRPr="003D272E">
        <w:rPr>
          <w:lang w:val="uk-UA"/>
        </w:rPr>
        <w:t>Рідна Віра</w:t>
      </w:r>
      <w:r w:rsidRPr="003D272E">
        <w:rPr>
          <w:lang w:val="uk-UA"/>
        </w:rPr>
        <w:t>»</w:t>
      </w:r>
    </w:p>
    <w:p w14:paraId="67F54969" w14:textId="77777777" w:rsidR="003D272E" w:rsidRDefault="00371BEC" w:rsidP="003D272E">
      <w:pPr>
        <w:jc w:val="both"/>
        <w:rPr>
          <w:lang w:val="uk-UA"/>
        </w:rPr>
      </w:pPr>
      <w:r w:rsidRPr="003D272E">
        <w:rPr>
          <w:lang w:val="uk-UA"/>
        </w:rPr>
        <w:t>Релігійна громада «__________________________________________»</w:t>
      </w:r>
      <w:r w:rsidR="00D069B2" w:rsidRPr="003D272E">
        <w:rPr>
          <w:lang w:val="uk-UA"/>
        </w:rPr>
        <w:t xml:space="preserve"> (</w:t>
      </w:r>
      <w:r w:rsidR="00D069B2" w:rsidRPr="003D272E">
        <w:rPr>
          <w:i/>
          <w:iCs/>
          <w:u w:val="single"/>
          <w:lang w:val="uk-UA"/>
        </w:rPr>
        <w:t>як в статуті)</w:t>
      </w:r>
      <w:r w:rsidRPr="003D272E">
        <w:rPr>
          <w:lang w:val="uk-UA"/>
        </w:rPr>
        <w:br/>
        <w:t xml:space="preserve">виявляє щире бажання приєднатися до </w:t>
      </w:r>
      <w:r w:rsidR="006E28A8" w:rsidRPr="003D272E">
        <w:rPr>
          <w:lang w:val="uk-UA"/>
        </w:rPr>
        <w:t xml:space="preserve">Духовного центру «Рідна Віра» </w:t>
      </w:r>
      <w:r w:rsidRPr="003D272E">
        <w:rPr>
          <w:lang w:val="uk-UA"/>
        </w:rPr>
        <w:t>(</w:t>
      </w:r>
      <w:r w:rsidR="006E28A8" w:rsidRPr="003D272E">
        <w:rPr>
          <w:lang w:val="uk-UA"/>
        </w:rPr>
        <w:t>далі РВ</w:t>
      </w:r>
      <w:r w:rsidRPr="003D272E">
        <w:rPr>
          <w:lang w:val="uk-UA"/>
        </w:rPr>
        <w:t>) як рівноправний учасник єдиного духовного об’єднання на засадах Рідної Віри, з метою спільного служіння духовному відродженню українського народу, збереження звичаєвості, рідної культури та поширення правдивого світогляду Русі</w:t>
      </w:r>
      <w:r w:rsidR="00D069B2" w:rsidRPr="003D272E">
        <w:rPr>
          <w:lang w:val="uk-UA"/>
        </w:rPr>
        <w:t>-України.</w:t>
      </w:r>
    </w:p>
    <w:p w14:paraId="001FD582" w14:textId="77777777" w:rsidR="003D272E" w:rsidRDefault="00371BEC" w:rsidP="003D272E">
      <w:pPr>
        <w:jc w:val="both"/>
        <w:rPr>
          <w:lang w:val="uk-UA"/>
        </w:rPr>
      </w:pPr>
      <w:r w:rsidRPr="003D272E">
        <w:rPr>
          <w:lang w:val="uk-UA"/>
        </w:rPr>
        <w:t xml:space="preserve">Громада ознайомлена зі Статутом </w:t>
      </w:r>
      <w:r w:rsidR="006E28A8" w:rsidRPr="003D272E">
        <w:rPr>
          <w:lang w:val="uk-UA"/>
        </w:rPr>
        <w:t>РВ</w:t>
      </w:r>
      <w:r w:rsidRPr="003D272E">
        <w:rPr>
          <w:lang w:val="uk-UA"/>
        </w:rPr>
        <w:t>, поділяє його принципи, мету, завдання та напрямки діяльності, зобов’язується дотримуватись його положень, брати активну участь у спільних справах, обрядах, освітніх та просвітницьких ініціативах.</w:t>
      </w:r>
    </w:p>
    <w:p w14:paraId="6B4809E4" w14:textId="40398615" w:rsidR="00F430E0" w:rsidRDefault="00371BEC" w:rsidP="003D272E">
      <w:pPr>
        <w:jc w:val="both"/>
        <w:rPr>
          <w:lang w:val="uk-UA"/>
        </w:rPr>
      </w:pPr>
      <w:r w:rsidRPr="003D272E">
        <w:rPr>
          <w:lang w:val="uk-UA"/>
        </w:rPr>
        <w:t xml:space="preserve">Просимо розглянути нашу кандидатуру на найближчому засіданні </w:t>
      </w:r>
      <w:r w:rsidR="0091287B" w:rsidRPr="003D272E">
        <w:rPr>
          <w:lang w:val="uk-UA"/>
        </w:rPr>
        <w:t>Віча РВ</w:t>
      </w:r>
      <w:r w:rsidRPr="003D272E">
        <w:rPr>
          <w:lang w:val="uk-UA"/>
        </w:rPr>
        <w:t xml:space="preserve"> та, у разі схвалення, включити громаду до складу </w:t>
      </w:r>
      <w:r w:rsidR="00625CB4" w:rsidRPr="003D272E">
        <w:rPr>
          <w:lang w:val="uk-UA"/>
        </w:rPr>
        <w:t>РВ</w:t>
      </w:r>
      <w:r w:rsidRPr="003D272E">
        <w:rPr>
          <w:lang w:val="uk-UA"/>
        </w:rPr>
        <w:t>.</w:t>
      </w:r>
    </w:p>
    <w:p w14:paraId="79D9AE5D" w14:textId="77777777" w:rsidR="003D272E" w:rsidRPr="003D272E" w:rsidRDefault="003D272E" w:rsidP="003D272E">
      <w:pPr>
        <w:jc w:val="both"/>
        <w:rPr>
          <w:lang w:val="uk-UA"/>
        </w:rPr>
      </w:pPr>
    </w:p>
    <w:p w14:paraId="45B04FE3" w14:textId="77777777" w:rsidR="00F430E0" w:rsidRPr="003D272E" w:rsidRDefault="00FD3325">
      <w:pPr>
        <w:rPr>
          <w:lang w:val="uk-UA"/>
        </w:rPr>
      </w:pPr>
      <w:r w:rsidRPr="003D272E">
        <w:rPr>
          <w:lang w:val="uk-UA"/>
        </w:rPr>
        <w:t>Дата: «____» ____________ 20__ р.</w:t>
      </w:r>
      <w:r w:rsidRPr="003D272E">
        <w:rPr>
          <w:lang w:val="uk-UA"/>
        </w:rPr>
        <w:br/>
        <w:t>Підпис керівника громади: ______________________</w:t>
      </w:r>
    </w:p>
    <w:p w14:paraId="02410FB0" w14:textId="77777777" w:rsidR="007406ED" w:rsidRDefault="00371BEC">
      <w:pPr>
        <w:rPr>
          <w:b/>
          <w:bCs/>
          <w:lang w:val="uk-UA"/>
        </w:rPr>
      </w:pPr>
      <w:r w:rsidRPr="007406ED">
        <w:rPr>
          <w:b/>
          <w:bCs/>
          <w:lang w:val="uk-UA"/>
        </w:rPr>
        <w:t>Додатки:</w:t>
      </w:r>
    </w:p>
    <w:p w14:paraId="17F58C36" w14:textId="217AE21C" w:rsidR="00371BEC" w:rsidRPr="003D272E" w:rsidRDefault="00371BEC">
      <w:pPr>
        <w:rPr>
          <w:b/>
          <w:bCs/>
          <w:lang w:val="uk-UA"/>
        </w:rPr>
      </w:pPr>
      <w:r w:rsidRPr="007406ED">
        <w:rPr>
          <w:b/>
          <w:bCs/>
          <w:lang w:val="uk-UA"/>
        </w:rPr>
        <w:t>1. Копія витягу з ЄДРПОУ</w:t>
      </w:r>
      <w:r w:rsidRPr="007406ED">
        <w:rPr>
          <w:b/>
          <w:bCs/>
          <w:lang w:val="uk-UA"/>
        </w:rPr>
        <w:br/>
        <w:t>2. Копія статуту громади</w:t>
      </w:r>
      <w:r w:rsidRPr="007406ED">
        <w:rPr>
          <w:b/>
          <w:bCs/>
          <w:lang w:val="uk-UA"/>
        </w:rPr>
        <w:br/>
        <w:t xml:space="preserve">3. Протокол зборів громади щодо вступу до </w:t>
      </w:r>
      <w:r w:rsidR="00806B71" w:rsidRPr="007406ED">
        <w:rPr>
          <w:b/>
          <w:bCs/>
          <w:lang w:val="uk-UA"/>
        </w:rPr>
        <w:t>РВ</w:t>
      </w:r>
      <w:r w:rsidRPr="007406ED">
        <w:rPr>
          <w:b/>
          <w:bCs/>
          <w:lang w:val="uk-UA"/>
        </w:rPr>
        <w:br/>
      </w:r>
    </w:p>
    <w:sectPr w:rsidR="00371BEC" w:rsidRPr="003D272E" w:rsidSect="00D069B2">
      <w:pgSz w:w="12240" w:h="15840"/>
      <w:pgMar w:top="1440" w:right="1800" w:bottom="1440" w:left="10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E3D"/>
    <w:rsid w:val="00034616"/>
    <w:rsid w:val="0006063C"/>
    <w:rsid w:val="0015074B"/>
    <w:rsid w:val="0029639D"/>
    <w:rsid w:val="00326F90"/>
    <w:rsid w:val="00371BEC"/>
    <w:rsid w:val="003D272E"/>
    <w:rsid w:val="00625CB4"/>
    <w:rsid w:val="006E28A8"/>
    <w:rsid w:val="007406ED"/>
    <w:rsid w:val="00806B71"/>
    <w:rsid w:val="0091287B"/>
    <w:rsid w:val="00A269F6"/>
    <w:rsid w:val="00AA1D8D"/>
    <w:rsid w:val="00B47730"/>
    <w:rsid w:val="00C803E7"/>
    <w:rsid w:val="00CB0664"/>
    <w:rsid w:val="00CE0889"/>
    <w:rsid w:val="00D069B2"/>
    <w:rsid w:val="00EB3782"/>
    <w:rsid w:val="00F430E0"/>
    <w:rsid w:val="00F86192"/>
    <w:rsid w:val="00FC693F"/>
    <w:rsid w:val="00FD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8188E"/>
  <w14:defaultImageDpi w14:val="300"/>
  <w15:docId w15:val="{AB4C0DEA-9EA7-0E4A-8DE0-77DACB25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Світовит Пашник</cp:lastModifiedBy>
  <cp:revision>2</cp:revision>
  <dcterms:created xsi:type="dcterms:W3CDTF">2025-09-07T15:15:00Z</dcterms:created>
  <dcterms:modified xsi:type="dcterms:W3CDTF">2025-09-07T15:15:00Z</dcterms:modified>
  <cp:category/>
</cp:coreProperties>
</file>